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54"/>
        </w:rPr>
        <w:t>TAXTYME</w:t>
      </w:r>
    </w:p>
    <w:p>
      <w:pPr>
        <w:jc w:val="center"/>
      </w:pPr>
      <w:r>
        <w:rPr>
          <w:b/>
          <w:sz w:val="28"/>
        </w:rPr>
        <w:t>3-DAY TAX BUSINESS LAUNCH WORKBOOK</w:t>
      </w:r>
    </w:p>
    <w:p>
      <w:pPr>
        <w:jc w:val="center"/>
      </w:pPr>
      <w:r>
        <w:rPr>
          <w:i/>
        </w:rPr>
        <w:t>From Tax Knowledge to Tax Business Infrastructure</w:t>
      </w:r>
    </w:p>
    <w:p>
      <w:r>
        <w:br/>
      </w:r>
    </w:p>
    <w:p>
      <w:r>
        <w:t>Participant Name: ______________________________________________</w:t>
      </w:r>
    </w:p>
    <w:p>
      <w:r>
        <w:t>Business Name: ______________________________________________</w:t>
      </w:r>
    </w:p>
    <w:p>
      <w:r>
        <w:t>Email: ______________________________________________</w:t>
      </w:r>
    </w:p>
    <w:p>
      <w:r>
        <w:t>Phone: ______________________________________________</w:t>
      </w:r>
    </w:p>
    <w:p>
      <w:r>
        <w:t>Masterclass Date: ______________________________________________</w:t>
      </w:r>
    </w:p>
    <w:p>
      <w:r>
        <w:br/>
      </w:r>
    </w:p>
    <w:p>
      <w:pPr>
        <w:jc w:val="center"/>
      </w:pPr>
      <w:r>
        <w:rPr>
          <w:b/>
          <w:sz w:val="36"/>
        </w:rPr>
        <w:t>BUILD • LAUNCH • SCALE</w:t>
      </w:r>
    </w:p>
    <w:p>
      <w:r>
        <w:br w:type="page"/>
      </w:r>
    </w:p>
    <w:p>
      <w:pPr>
        <w:pStyle w:val="Heading1"/>
      </w:pPr>
      <w:r>
        <w:t>WELCOME TO THE 3-DAY MASTERCLASS</w:t>
      </w:r>
    </w:p>
    <w:p>
      <w:r>
        <w:t>This workbook is designed to help you move from an idea—or an existing tax-preparation skill set—into a structured tax business. Over three days, you will build the foundation, map your operations, and create a launch and growth plan.</w:t>
      </w:r>
    </w:p>
    <w:p>
      <w:pPr>
        <w:pStyle w:val="Heading2"/>
      </w:pPr>
      <w:r>
        <w:t>Your 3-Day Roadmap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D9EAF7"/>
          </w:tcPr>
          <w:p>
            <w:r>
              <w:rPr>
                <w:b/>
              </w:rPr>
              <w:t>Day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Focus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Outcome</w:t>
            </w:r>
          </w:p>
        </w:tc>
      </w:tr>
      <w:tr>
        <w:tc>
          <w:tcPr>
            <w:tcW w:type="dxa" w:w="3456"/>
            <w:vAlign w:val="center"/>
          </w:tcPr>
          <w:p>
            <w:r>
              <w:t>DAY 1</w:t>
            </w:r>
          </w:p>
        </w:tc>
        <w:tc>
          <w:tcPr>
            <w:tcW w:type="dxa" w:w="3456"/>
            <w:vAlign w:val="center"/>
          </w:tcPr>
          <w:p>
            <w:r>
              <w:t>BUILD THE FOUNDATION</w:t>
            </w:r>
          </w:p>
        </w:tc>
        <w:tc>
          <w:tcPr>
            <w:tcW w:type="dxa" w:w="3456"/>
            <w:vAlign w:val="center"/>
          </w:tcPr>
          <w:p>
            <w:r>
              <w:t>Business model, ERO readiness, compliance map, offers and pricing</w:t>
            </w:r>
          </w:p>
        </w:tc>
      </w:tr>
      <w:tr>
        <w:tc>
          <w:tcPr>
            <w:tcW w:type="dxa" w:w="3456"/>
            <w:vAlign w:val="center"/>
          </w:tcPr>
          <w:p>
            <w:r>
              <w:t>DAY 2</w:t>
            </w:r>
          </w:p>
        </w:tc>
        <w:tc>
          <w:tcPr>
            <w:tcW w:type="dxa" w:w="3456"/>
            <w:vAlign w:val="center"/>
          </w:tcPr>
          <w:p>
            <w:r>
              <w:t>BUILD THE MACHINE</w:t>
            </w:r>
          </w:p>
        </w:tc>
        <w:tc>
          <w:tcPr>
            <w:tcW w:type="dxa" w:w="3456"/>
            <w:vAlign w:val="center"/>
          </w:tcPr>
          <w:p>
            <w:r>
              <w:t>Client workflow, software, bank products, team, SOPs and marketing</w:t>
            </w:r>
          </w:p>
        </w:tc>
      </w:tr>
      <w:tr>
        <w:tc>
          <w:tcPr>
            <w:tcW w:type="dxa" w:w="3456"/>
            <w:vAlign w:val="center"/>
          </w:tcPr>
          <w:p>
            <w:r>
              <w:t>DAY 3</w:t>
            </w:r>
          </w:p>
        </w:tc>
        <w:tc>
          <w:tcPr>
            <w:tcW w:type="dxa" w:w="3456"/>
            <w:vAlign w:val="center"/>
          </w:tcPr>
          <w:p>
            <w:r>
              <w:t>LAUNCH &amp; SCALE</w:t>
            </w:r>
          </w:p>
        </w:tc>
        <w:tc>
          <w:tcPr>
            <w:tcW w:type="dxa" w:w="3456"/>
            <w:vAlign w:val="center"/>
          </w:tcPr>
          <w:p>
            <w:r>
              <w:t>90-day launch plan, sales pipeline, KPIs, revenue goals and Inner Circle roadmap</w:t>
            </w:r>
          </w:p>
        </w:tc>
      </w:tr>
    </w:tbl>
    <w:p/>
    <w:p>
      <w:pPr>
        <w:pStyle w:val="Heading2"/>
      </w:pPr>
      <w:r>
        <w:t>Masterclass Commitment</w:t>
      </w:r>
    </w:p>
    <w:p>
      <w:r>
        <w:t>☐ I will complete the exercises, not just watch the training.</w:t>
      </w:r>
    </w:p>
    <w:p>
      <w:r>
        <w:t>☐ I will identify what I need to research or verify before operating.</w:t>
      </w:r>
    </w:p>
    <w:p>
      <w:r>
        <w:t>☐ I will build systems that can be repeated by a team.</w:t>
      </w:r>
    </w:p>
    <w:p>
      <w:r>
        <w:t>☐ I will leave with a written 90-day execution plan.</w:t>
      </w:r>
    </w:p>
    <w:p>
      <w:r>
        <w:rPr>
          <w:b/>
        </w:rPr>
        <w:t>What do you want this tax business to create for you over the next 12 months?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br w:type="page"/>
      </w:r>
    </w:p>
    <w:p>
      <w:pPr>
        <w:jc w:val="center"/>
      </w:pPr>
      <w:r>
        <w:rPr>
          <w:b/>
          <w:sz w:val="54"/>
        </w:rPr>
        <w:t>DAY 1</w:t>
      </w:r>
    </w:p>
    <w:p>
      <w:pPr>
        <w:jc w:val="center"/>
      </w:pPr>
      <w:r>
        <w:rPr>
          <w:b/>
          <w:sz w:val="28"/>
        </w:rPr>
        <w:t>BUILD THE FOUNDATION</w:t>
      </w:r>
    </w:p>
    <w:p>
      <w:pPr>
        <w:pStyle w:val="Heading1"/>
      </w:pPr>
      <w:r>
        <w:t>Day 1 Outcomes</w:t>
      </w:r>
    </w:p>
    <w:p>
      <w:r>
        <w:t>☐ Define your tax-business model and ideal client.</w:t>
      </w:r>
    </w:p>
    <w:p>
      <w:r>
        <w:t>☐ Assess PTIN/EFIN and business readiness.</w:t>
      </w:r>
    </w:p>
    <w:p>
      <w:r>
        <w:t>☐ Map your compliance infrastructure.</w:t>
      </w:r>
    </w:p>
    <w:p>
      <w:r>
        <w:t>☐ Build your core service menu and pricing framework.</w:t>
      </w:r>
    </w:p>
    <w:p>
      <w:r>
        <w:t>☐ Set your first-season return and revenue targets.</w:t>
      </w:r>
    </w:p>
    <w:p>
      <w:pPr>
        <w:pStyle w:val="Heading1"/>
      </w:pPr>
      <w:r>
        <w:t>1. Your Tax Business Vision</w:t>
      </w:r>
    </w:p>
    <w:p>
      <w:r>
        <w:rPr>
          <w:b/>
        </w:rPr>
        <w:t>Why are you launching or growing a tax business?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</w:rPr>
        <w:t>Who do you want to serve?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D9EAF7"/>
          </w:tcPr>
          <w:p>
            <w:r>
              <w:rPr>
                <w:b/>
              </w:rPr>
              <w:t>Ideal Client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Primary Need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How We Help</w:t>
            </w:r>
          </w:p>
        </w:tc>
      </w:tr>
      <w:tr>
        <w:tc>
          <w:tcPr>
            <w:tcW w:type="dxa" w:w="3456"/>
            <w:vAlign w:val="center"/>
          </w:tcPr>
          <w:p>
            <w:r>
              <w:t>________________</w:t>
            </w:r>
          </w:p>
        </w:tc>
        <w:tc>
          <w:tcPr>
            <w:tcW w:type="dxa" w:w="3456"/>
            <w:vAlign w:val="center"/>
          </w:tcPr>
          <w:p>
            <w:r>
              <w:t>____________________________</w:t>
            </w:r>
          </w:p>
        </w:tc>
        <w:tc>
          <w:tcPr>
            <w:tcW w:type="dxa" w:w="3456"/>
            <w:vAlign w:val="center"/>
          </w:tcPr>
          <w:p>
            <w:r>
              <w:t>____________________________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________________</w:t>
            </w:r>
          </w:p>
        </w:tc>
        <w:tc>
          <w:tcPr>
            <w:tcW w:type="dxa" w:w="3456"/>
            <w:vAlign w:val="center"/>
          </w:tcPr>
          <w:p>
            <w:r>
              <w:t>____________________________</w:t>
            </w:r>
          </w:p>
        </w:tc>
        <w:tc>
          <w:tcPr>
            <w:tcW w:type="dxa" w:w="3456"/>
            <w:vAlign w:val="center"/>
          </w:tcPr>
          <w:p>
            <w:r>
              <w:t>____________________________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________________</w:t>
            </w:r>
          </w:p>
        </w:tc>
        <w:tc>
          <w:tcPr>
            <w:tcW w:type="dxa" w:w="3456"/>
            <w:vAlign w:val="center"/>
          </w:tcPr>
          <w:p>
            <w:r>
              <w:t>____________________________</w:t>
            </w:r>
          </w:p>
        </w:tc>
        <w:tc>
          <w:tcPr>
            <w:tcW w:type="dxa" w:w="3456"/>
            <w:vAlign w:val="center"/>
          </w:tcPr>
          <w:p>
            <w:r>
              <w:t>____________________________</w:t>
            </w:r>
          </w:p>
        </w:tc>
      </w:tr>
    </w:tbl>
    <w:p/>
    <w:p>
      <w:pPr>
        <w:pStyle w:val="Heading1"/>
      </w:pPr>
      <w:r>
        <w:t>2. Choose Your Business Model</w:t>
      </w:r>
    </w:p>
    <w:p>
      <w:r>
        <w:t>☐ Solo tax preparer</w:t>
      </w:r>
    </w:p>
    <w:p>
      <w:r>
        <w:t>☐ ERO / tax office owner</w:t>
      </w:r>
    </w:p>
    <w:p>
      <w:r>
        <w:t>☐ Virtual tax office</w:t>
      </w:r>
    </w:p>
    <w:p>
      <w:r>
        <w:t>☐ Brick-and-mortar office</w:t>
      </w:r>
    </w:p>
    <w:p>
      <w:r>
        <w:t>☐ Multi-preparer office</w:t>
      </w:r>
    </w:p>
    <w:p>
      <w:r>
        <w:t>☐ Multi-location office</w:t>
      </w:r>
    </w:p>
    <w:p>
      <w:r>
        <w:t>☐ Future service bureau</w:t>
      </w:r>
    </w:p>
    <w:p>
      <w:r>
        <w:t>☐ Tax education / coaching add-on</w:t>
      </w:r>
    </w:p>
    <w:p>
      <w:r>
        <w:rPr>
          <w:b/>
        </w:rPr>
        <w:t>My primary business model will be: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pStyle w:val="Heading1"/>
      </w:pPr>
      <w:r>
        <w:t>3. ERO Readiness Check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D9EAF7"/>
          </w:tcPr>
          <w:p>
            <w:r>
              <w:rPr>
                <w:b/>
              </w:rPr>
              <w:t>Requirement / System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Next Action</w:t>
            </w:r>
          </w:p>
        </w:tc>
      </w:tr>
      <w:tr>
        <w:tc>
          <w:tcPr>
            <w:tcW w:type="dxa" w:w="3456"/>
            <w:vAlign w:val="center"/>
          </w:tcPr>
          <w:p>
            <w:r>
              <w:t>Business entity / structure</w:t>
            </w:r>
          </w:p>
        </w:tc>
        <w:tc>
          <w:tcPr>
            <w:tcW w:type="dxa" w:w="3456"/>
            <w:vAlign w:val="center"/>
          </w:tcPr>
          <w:p>
            <w:r>
              <w:t>☐ Ready ☐ Pending ☐ N/A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EIN</w:t>
            </w:r>
          </w:p>
        </w:tc>
        <w:tc>
          <w:tcPr>
            <w:tcW w:type="dxa" w:w="3456"/>
            <w:vAlign w:val="center"/>
          </w:tcPr>
          <w:p>
            <w:r>
              <w:t>☐ Ready ☐ Pending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PTIN</w:t>
            </w:r>
          </w:p>
        </w:tc>
        <w:tc>
          <w:tcPr>
            <w:tcW w:type="dxa" w:w="3456"/>
            <w:vAlign w:val="center"/>
          </w:tcPr>
          <w:p>
            <w:r>
              <w:t>☐ Active ☐ Renew ☐ Need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EFIN / e-file provider application</w:t>
            </w:r>
          </w:p>
        </w:tc>
        <w:tc>
          <w:tcPr>
            <w:tcW w:type="dxa" w:w="3456"/>
            <w:vAlign w:val="center"/>
          </w:tcPr>
          <w:p>
            <w:r>
              <w:t>☐ Active ☐ Pending ☐ Need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Business bank account</w:t>
            </w:r>
          </w:p>
        </w:tc>
        <w:tc>
          <w:tcPr>
            <w:tcW w:type="dxa" w:w="3456"/>
            <w:vAlign w:val="center"/>
          </w:tcPr>
          <w:p>
            <w:r>
              <w:t>☐ Ready ☐ Need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Professional tax software</w:t>
            </w:r>
          </w:p>
        </w:tc>
        <w:tc>
          <w:tcPr>
            <w:tcW w:type="dxa" w:w="3456"/>
            <w:vAlign w:val="center"/>
          </w:tcPr>
          <w:p>
            <w:r>
              <w:t>☐ Selected ☐ Comparing ☐ Need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Written information security plan</w:t>
            </w:r>
          </w:p>
        </w:tc>
        <w:tc>
          <w:tcPr>
            <w:tcW w:type="dxa" w:w="3456"/>
            <w:vAlign w:val="center"/>
          </w:tcPr>
          <w:p>
            <w:r>
              <w:t>☐ Ready ☐ Need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Client intake process</w:t>
            </w:r>
          </w:p>
        </w:tc>
        <w:tc>
          <w:tcPr>
            <w:tcW w:type="dxa" w:w="3456"/>
            <w:vAlign w:val="center"/>
          </w:tcPr>
          <w:p>
            <w:r>
              <w:t>☐ Ready ☐ Need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Due diligence process</w:t>
            </w:r>
          </w:p>
        </w:tc>
        <w:tc>
          <w:tcPr>
            <w:tcW w:type="dxa" w:w="3456"/>
            <w:vAlign w:val="center"/>
          </w:tcPr>
          <w:p>
            <w:r>
              <w:t>☐ Ready ☐ Need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Document retention process</w:t>
            </w:r>
          </w:p>
        </w:tc>
        <w:tc>
          <w:tcPr>
            <w:tcW w:type="dxa" w:w="3456"/>
            <w:vAlign w:val="center"/>
          </w:tcPr>
          <w:p>
            <w:r>
              <w:t>☐ Ready ☐ Need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</w:tr>
    </w:tbl>
    <w:p/>
    <w:p>
      <w:r>
        <w:t>Compliance note: Use this workbook as a planning tool. Verify current federal, state, software, bank-product, privacy, security, and professional requirements that apply to your business before implementation.</w:t>
      </w:r>
    </w:p>
    <w:p>
      <w:pPr>
        <w:pStyle w:val="Heading1"/>
      </w:pPr>
      <w:r>
        <w:t>4. Compliance Gap Analysis</w:t>
      </w:r>
    </w:p>
    <w:p>
      <w:r>
        <w:rPr>
          <w:b/>
        </w:rPr>
        <w:t>What are the three biggest compliance or operational gaps I need to close?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</w:rPr>
        <w:t>Who or what resource will I use to verify each requirement?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5. Build Your Service Menu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>
              <w:rPr>
                <w:b/>
              </w:rPr>
              <w:t>Service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Will Offer?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Starting Price / Pricing Method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2592"/>
            <w:vAlign w:val="center"/>
          </w:tcPr>
          <w:p>
            <w:r>
              <w:t>Individual tax return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$________ / 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Schedule C / self-employed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$________ / 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Amended return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$________ / 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Prior-year return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$________ / 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Business return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$________ / 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Tax planning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$________ / 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Audit / notice support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$________ / 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Other: __________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$________ / 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</w:tr>
    </w:tbl>
    <w:p/>
    <w:p>
      <w:r>
        <w:rPr>
          <w:b/>
        </w:rPr>
        <w:t>What will make your tax office different from the office down the street or online?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pStyle w:val="Heading1"/>
      </w:pPr>
      <w:r>
        <w:t>6. Revenue Target Worksheet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Metric</w:t>
            </w:r>
          </w:p>
        </w:tc>
        <w:tc>
          <w:tcPr>
            <w:tcW w:type="dxa" w:w="5184"/>
            <w:shd w:fill="D9EAF7"/>
          </w:tcPr>
          <w:p>
            <w:r>
              <w:rPr>
                <w:b/>
              </w:rPr>
              <w:t>Goal</w:t>
            </w:r>
          </w:p>
        </w:tc>
      </w:tr>
      <w:tr>
        <w:tc>
          <w:tcPr>
            <w:tcW w:type="dxa" w:w="5184"/>
            <w:vAlign w:val="center"/>
          </w:tcPr>
          <w:p>
            <w:r>
              <w:t>Target number of returns</w:t>
            </w:r>
          </w:p>
        </w:tc>
        <w:tc>
          <w:tcPr>
            <w:tcW w:type="dxa" w:w="5184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5184"/>
            <w:vAlign w:val="center"/>
          </w:tcPr>
          <w:p>
            <w:r>
              <w:t>Average preparation fee</w:t>
            </w:r>
          </w:p>
        </w:tc>
        <w:tc>
          <w:tcPr>
            <w:tcW w:type="dxa" w:w="5184"/>
            <w:vAlign w:val="center"/>
          </w:tcPr>
          <w:p>
            <w:r>
              <w:t>$________</w:t>
            </w:r>
          </w:p>
        </w:tc>
      </w:tr>
      <w:tr>
        <w:tc>
          <w:tcPr>
            <w:tcW w:type="dxa" w:w="5184"/>
            <w:vAlign w:val="center"/>
          </w:tcPr>
          <w:p>
            <w:r>
              <w:t>Projected preparation revenue</w:t>
            </w:r>
          </w:p>
        </w:tc>
        <w:tc>
          <w:tcPr>
            <w:tcW w:type="dxa" w:w="5184"/>
            <w:vAlign w:val="center"/>
          </w:tcPr>
          <w:p>
            <w:r>
              <w:t>$________</w:t>
            </w:r>
          </w:p>
        </w:tc>
      </w:tr>
      <w:tr>
        <w:tc>
          <w:tcPr>
            <w:tcW w:type="dxa" w:w="5184"/>
            <w:vAlign w:val="center"/>
          </w:tcPr>
          <w:p>
            <w:r>
              <w:t>Other projected revenue</w:t>
            </w:r>
          </w:p>
        </w:tc>
        <w:tc>
          <w:tcPr>
            <w:tcW w:type="dxa" w:w="5184"/>
            <w:vAlign w:val="center"/>
          </w:tcPr>
          <w:p>
            <w:r>
              <w:t>$________</w:t>
            </w:r>
          </w:p>
        </w:tc>
      </w:tr>
      <w:tr>
        <w:tc>
          <w:tcPr>
            <w:tcW w:type="dxa" w:w="5184"/>
            <w:vAlign w:val="center"/>
          </w:tcPr>
          <w:p>
            <w:r>
              <w:t>Projected gross revenue</w:t>
            </w:r>
          </w:p>
        </w:tc>
        <w:tc>
          <w:tcPr>
            <w:tcW w:type="dxa" w:w="5184"/>
            <w:vAlign w:val="center"/>
          </w:tcPr>
          <w:p>
            <w:r>
              <w:t>$________</w:t>
            </w:r>
          </w:p>
        </w:tc>
      </w:tr>
      <w:tr>
        <w:tc>
          <w:tcPr>
            <w:tcW w:type="dxa" w:w="5184"/>
            <w:vAlign w:val="center"/>
          </w:tcPr>
          <w:p>
            <w:r>
              <w:t>Monthly operating expense target</w:t>
            </w:r>
          </w:p>
        </w:tc>
        <w:tc>
          <w:tcPr>
            <w:tcW w:type="dxa" w:w="5184"/>
            <w:vAlign w:val="center"/>
          </w:tcPr>
          <w:p>
            <w:r>
              <w:t>$________</w:t>
            </w:r>
          </w:p>
        </w:tc>
      </w:tr>
      <w:tr>
        <w:tc>
          <w:tcPr>
            <w:tcW w:type="dxa" w:w="5184"/>
            <w:vAlign w:val="center"/>
          </w:tcPr>
          <w:p>
            <w:r>
              <w:t>Season profit goal</w:t>
            </w:r>
          </w:p>
        </w:tc>
        <w:tc>
          <w:tcPr>
            <w:tcW w:type="dxa" w:w="5184"/>
            <w:vAlign w:val="center"/>
          </w:tcPr>
          <w:p>
            <w:r>
              <w:t>$________</w:t>
            </w:r>
          </w:p>
        </w:tc>
      </w:tr>
    </w:tbl>
    <w:p/>
    <w:p>
      <w:r>
        <w:t>Formula: Target Returns × Average Preparation Fee = Projected Preparation Revenue.</w:t>
      </w:r>
    </w:p>
    <w:p>
      <w:r>
        <w:rPr>
          <w:b/>
        </w:rPr>
        <w:t>What must be true for you to hit this target?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pStyle w:val="Heading1"/>
      </w:pPr>
      <w:r>
        <w:t>DAY 1 ACTION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Deadline</w:t>
            </w:r>
          </w:p>
        </w:tc>
      </w:tr>
      <w:tr>
        <w:tc>
          <w:tcPr>
            <w:tcW w:type="dxa" w:w="2592"/>
            <w:vAlign w:val="center"/>
          </w:tcPr>
          <w:p>
            <w:r>
              <w:t>1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2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3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4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5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</w:tbl>
    <w:p/>
    <w:p>
      <w:r>
        <w:rPr>
          <w:b/>
        </w:rPr>
        <w:t>My biggest Day 1 takeaway: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br w:type="page"/>
      </w:r>
    </w:p>
    <w:p>
      <w:pPr>
        <w:jc w:val="center"/>
      </w:pPr>
      <w:r>
        <w:rPr>
          <w:b/>
          <w:sz w:val="54"/>
        </w:rPr>
        <w:t>DAY 2</w:t>
      </w:r>
    </w:p>
    <w:p>
      <w:pPr>
        <w:jc w:val="center"/>
      </w:pPr>
      <w:r>
        <w:rPr>
          <w:b/>
          <w:sz w:val="28"/>
        </w:rPr>
        <w:t>BUILD THE MACHINE</w:t>
      </w:r>
    </w:p>
    <w:p>
      <w:pPr>
        <w:pStyle w:val="Heading1"/>
      </w:pPr>
      <w:r>
        <w:t>Day 2 Outcomes</w:t>
      </w:r>
    </w:p>
    <w:p>
      <w:r>
        <w:t>☐ Map the client journey from lead to completed return.</w:t>
      </w:r>
    </w:p>
    <w:p>
      <w:r>
        <w:t>☐ Choose your technology stack.</w:t>
      </w:r>
    </w:p>
    <w:p>
      <w:r>
        <w:t>☐ Understand where bank products fit into the workflow.</w:t>
      </w:r>
    </w:p>
    <w:p>
      <w:r>
        <w:t>☐ Build your SOP and team structure.</w:t>
      </w:r>
    </w:p>
    <w:p>
      <w:r>
        <w:t>☐ Create your first marketing and lead-generation system.</w:t>
      </w:r>
    </w:p>
    <w:p>
      <w:pPr>
        <w:pStyle w:val="Heading1"/>
      </w:pPr>
      <w:r>
        <w:t>1. Client Journey Map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>
              <w:rPr>
                <w:b/>
              </w:rPr>
              <w:t>Stage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What Happens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System / Tool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Owner</w:t>
            </w:r>
          </w:p>
        </w:tc>
      </w:tr>
      <w:tr>
        <w:tc>
          <w:tcPr>
            <w:tcW w:type="dxa" w:w="2592"/>
            <w:vAlign w:val="center"/>
          </w:tcPr>
          <w:p>
            <w:r>
              <w:t>Lead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Appointment / Intake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Document Collection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Preparation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Quality Review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Signature / Payment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E-file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Funding / Completion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Retention / Referral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</w:tbl>
    <w:p/>
    <w:p>
      <w:pPr>
        <w:pStyle w:val="Heading1"/>
      </w:pPr>
      <w:r>
        <w:t>2. Technology Stack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D9EAF7"/>
          </w:tcPr>
          <w:p>
            <w:r>
              <w:rPr>
                <w:b/>
              </w:rPr>
              <w:t>Category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Current / Planned Tool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Status</w:t>
            </w:r>
          </w:p>
        </w:tc>
      </w:tr>
      <w:tr>
        <w:tc>
          <w:tcPr>
            <w:tcW w:type="dxa" w:w="3456"/>
            <w:vAlign w:val="center"/>
          </w:tcPr>
          <w:p>
            <w:r>
              <w:t>Tax software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  <w:tc>
          <w:tcPr>
            <w:tcW w:type="dxa" w:w="3456"/>
            <w:vAlign w:val="center"/>
          </w:tcPr>
          <w:p>
            <w:r>
              <w:t>☐ Ready ☐ Need</w:t>
            </w:r>
          </w:p>
        </w:tc>
      </w:tr>
      <w:tr>
        <w:tc>
          <w:tcPr>
            <w:tcW w:type="dxa" w:w="3456"/>
            <w:vAlign w:val="center"/>
          </w:tcPr>
          <w:p>
            <w:r>
              <w:t>CRM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  <w:tc>
          <w:tcPr>
            <w:tcW w:type="dxa" w:w="3456"/>
            <w:vAlign w:val="center"/>
          </w:tcPr>
          <w:p>
            <w:r>
              <w:t>☐ Ready ☐ Need</w:t>
            </w:r>
          </w:p>
        </w:tc>
      </w:tr>
      <w:tr>
        <w:tc>
          <w:tcPr>
            <w:tcW w:type="dxa" w:w="3456"/>
            <w:vAlign w:val="center"/>
          </w:tcPr>
          <w:p>
            <w:r>
              <w:t>Client portal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  <w:tc>
          <w:tcPr>
            <w:tcW w:type="dxa" w:w="3456"/>
            <w:vAlign w:val="center"/>
          </w:tcPr>
          <w:p>
            <w:r>
              <w:t>☐ Ready ☐ Need</w:t>
            </w:r>
          </w:p>
        </w:tc>
      </w:tr>
      <w:tr>
        <w:tc>
          <w:tcPr>
            <w:tcW w:type="dxa" w:w="3456"/>
            <w:vAlign w:val="center"/>
          </w:tcPr>
          <w:p>
            <w:r>
              <w:t>E-signature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  <w:tc>
          <w:tcPr>
            <w:tcW w:type="dxa" w:w="3456"/>
            <w:vAlign w:val="center"/>
          </w:tcPr>
          <w:p>
            <w:r>
              <w:t>☐ Ready ☐ Need</w:t>
            </w:r>
          </w:p>
        </w:tc>
      </w:tr>
      <w:tr>
        <w:tc>
          <w:tcPr>
            <w:tcW w:type="dxa" w:w="3456"/>
            <w:vAlign w:val="center"/>
          </w:tcPr>
          <w:p>
            <w:r>
              <w:t>Payments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  <w:tc>
          <w:tcPr>
            <w:tcW w:type="dxa" w:w="3456"/>
            <w:vAlign w:val="center"/>
          </w:tcPr>
          <w:p>
            <w:r>
              <w:t>☐ Ready ☐ Need</w:t>
            </w:r>
          </w:p>
        </w:tc>
      </w:tr>
      <w:tr>
        <w:tc>
          <w:tcPr>
            <w:tcW w:type="dxa" w:w="3456"/>
            <w:vAlign w:val="center"/>
          </w:tcPr>
          <w:p>
            <w:r>
              <w:t>Email/SMS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  <w:tc>
          <w:tcPr>
            <w:tcW w:type="dxa" w:w="3456"/>
            <w:vAlign w:val="center"/>
          </w:tcPr>
          <w:p>
            <w:r>
              <w:t>☐ Ready ☐ Need</w:t>
            </w:r>
          </w:p>
        </w:tc>
      </w:tr>
      <w:tr>
        <w:tc>
          <w:tcPr>
            <w:tcW w:type="dxa" w:w="3456"/>
            <w:vAlign w:val="center"/>
          </w:tcPr>
          <w:p>
            <w:r>
              <w:t>Scheduling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  <w:tc>
          <w:tcPr>
            <w:tcW w:type="dxa" w:w="3456"/>
            <w:vAlign w:val="center"/>
          </w:tcPr>
          <w:p>
            <w:r>
              <w:t>☐ Ready ☐ Need</w:t>
            </w:r>
          </w:p>
        </w:tc>
      </w:tr>
      <w:tr>
        <w:tc>
          <w:tcPr>
            <w:tcW w:type="dxa" w:w="3456"/>
            <w:vAlign w:val="center"/>
          </w:tcPr>
          <w:p>
            <w:r>
              <w:t>Bookkeeping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  <w:tc>
          <w:tcPr>
            <w:tcW w:type="dxa" w:w="3456"/>
            <w:vAlign w:val="center"/>
          </w:tcPr>
          <w:p>
            <w:r>
              <w:t>☐ Ready ☐ Need</w:t>
            </w:r>
          </w:p>
        </w:tc>
      </w:tr>
      <w:tr>
        <w:tc>
          <w:tcPr>
            <w:tcW w:type="dxa" w:w="3456"/>
            <w:vAlign w:val="center"/>
          </w:tcPr>
          <w:p>
            <w:r>
              <w:t>File storage/security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  <w:tc>
          <w:tcPr>
            <w:tcW w:type="dxa" w:w="3456"/>
            <w:vAlign w:val="center"/>
          </w:tcPr>
          <w:p>
            <w:r>
              <w:t>☐ Ready ☐ Need</w:t>
            </w:r>
          </w:p>
        </w:tc>
      </w:tr>
    </w:tbl>
    <w:p/>
    <w:p>
      <w:pPr>
        <w:pStyle w:val="Heading1"/>
      </w:pPr>
      <w:r>
        <w:t>3. Bank Product Planning</w:t>
      </w:r>
    </w:p>
    <w:p>
      <w:r>
        <w:t>Use this section to compare available programs. Product availability, eligibility, fees, funding, advance terms, and approval are determined by the applicable provider or financial institution.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5184"/>
            <w:shd w:fill="D9EAF7"/>
          </w:tcPr>
          <w:p>
            <w:r>
              <w:rPr>
                <w:b/>
              </w:rPr>
              <w:t>Your Answer</w:t>
            </w:r>
          </w:p>
        </w:tc>
      </w:tr>
      <w:tr>
        <w:tc>
          <w:tcPr>
            <w:tcW w:type="dxa" w:w="5184"/>
            <w:vAlign w:val="center"/>
          </w:tcPr>
          <w:p>
            <w:r>
              <w:t>Do you plan to offer refund-transfer products?</w:t>
            </w:r>
          </w:p>
        </w:tc>
        <w:tc>
          <w:tcPr>
            <w:tcW w:type="dxa" w:w="5184"/>
            <w:vAlign w:val="center"/>
          </w:tcPr>
          <w:p>
            <w:r>
              <w:t>☐ Yes ☐ No ☐ Research</w:t>
            </w:r>
          </w:p>
        </w:tc>
      </w:tr>
      <w:tr>
        <w:tc>
          <w:tcPr>
            <w:tcW w:type="dxa" w:w="5184"/>
            <w:vAlign w:val="center"/>
          </w:tcPr>
          <w:p>
            <w:r>
              <w:t>Do you plan to offer advance products where available?</w:t>
            </w:r>
          </w:p>
        </w:tc>
        <w:tc>
          <w:tcPr>
            <w:tcW w:type="dxa" w:w="5184"/>
            <w:vAlign w:val="center"/>
          </w:tcPr>
          <w:p>
            <w:r>
              <w:t>☐ Yes ☐ No ☐ Research</w:t>
            </w:r>
          </w:p>
        </w:tc>
      </w:tr>
      <w:tr>
        <w:tc>
          <w:tcPr>
            <w:tcW w:type="dxa" w:w="5184"/>
            <w:vAlign w:val="center"/>
          </w:tcPr>
          <w:p>
            <w:r>
              <w:t>Estimated clients using bank products</w:t>
            </w:r>
          </w:p>
        </w:tc>
        <w:tc>
          <w:tcPr>
            <w:tcW w:type="dxa" w:w="5184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5184"/>
            <w:vAlign w:val="center"/>
          </w:tcPr>
          <w:p>
            <w:r>
              <w:t>Provider(s) to compare</w:t>
            </w:r>
          </w:p>
        </w:tc>
        <w:tc>
          <w:tcPr>
            <w:tcW w:type="dxa" w:w="5184"/>
            <w:vAlign w:val="center"/>
          </w:tcPr>
          <w:p>
            <w:r>
              <w:t>____________________________</w:t>
            </w:r>
          </w:p>
        </w:tc>
      </w:tr>
      <w:tr>
        <w:tc>
          <w:tcPr>
            <w:tcW w:type="dxa" w:w="5184"/>
            <w:vAlign w:val="center"/>
          </w:tcPr>
          <w:p>
            <w:r>
              <w:t>Enrollment deadline / next action</w:t>
            </w:r>
          </w:p>
        </w:tc>
        <w:tc>
          <w:tcPr>
            <w:tcW w:type="dxa" w:w="5184"/>
            <w:vAlign w:val="center"/>
          </w:tcPr>
          <w:p>
            <w:r>
              <w:t>____________________________</w:t>
            </w:r>
          </w:p>
        </w:tc>
      </w:tr>
    </w:tbl>
    <w:p/>
    <w:p>
      <w:r>
        <w:rPr>
          <w:b/>
        </w:rPr>
        <w:t>What questions must I ask before selecting a bank-product provider?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4. SOP Builder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>
              <w:rPr>
                <w:b/>
              </w:rPr>
              <w:t>SOP Needed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Exists?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Who Builds It?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2592"/>
            <w:vAlign w:val="center"/>
          </w:tcPr>
          <w:p>
            <w:r>
              <w:t>Lead follow-up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Client intake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Document collection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Return preparation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Quality review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Due diligence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Payment / fee collection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E-file / rejection handling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Client communication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Data security / incident response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</w:tbl>
    <w:p/>
    <w:p>
      <w:pPr>
        <w:pStyle w:val="Heading1"/>
      </w:pPr>
      <w:r>
        <w:t>5. Team Structure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Need Now?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Responsibilities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Compensation / Budget</w:t>
            </w:r>
          </w:p>
        </w:tc>
      </w:tr>
      <w:tr>
        <w:tc>
          <w:tcPr>
            <w:tcW w:type="dxa" w:w="2592"/>
            <w:vAlign w:val="center"/>
          </w:tcPr>
          <w:p>
            <w:r>
              <w:t>ERO / Owner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Tax Preparer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Reviewer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Intake Specialist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Admin / VA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Marketing</w:t>
            </w:r>
          </w:p>
        </w:tc>
        <w:tc>
          <w:tcPr>
            <w:tcW w:type="dxa" w:w="2592"/>
            <w:vAlign w:val="center"/>
          </w:tcPr>
          <w:p>
            <w:r>
              <w:t>☐</w:t>
            </w:r>
          </w:p>
        </w:tc>
        <w:tc>
          <w:tcPr>
            <w:tcW w:type="dxa" w:w="2592"/>
            <w:vAlign w:val="center"/>
          </w:tcPr>
          <w:p>
            <w:r>
              <w:t>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</w:t>
            </w:r>
          </w:p>
        </w:tc>
      </w:tr>
    </w:tbl>
    <w:p/>
    <w:p>
      <w:r>
        <w:rPr>
          <w:b/>
        </w:rPr>
        <w:t>What can you delegate so the owner is not doing everything?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pStyle w:val="Heading1"/>
      </w:pPr>
      <w:r>
        <w:t>6. Marketing Engine</w:t>
      </w:r>
    </w:p>
    <w:p>
      <w:r>
        <w:rPr>
          <w:b/>
        </w:rPr>
        <w:t>My core marketing message: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D9EAF7"/>
          </w:tcPr>
          <w:p>
            <w:r>
              <w:rPr>
                <w:b/>
              </w:rPr>
              <w:t>Channel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Weekly Activity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Lead Goal</w:t>
            </w:r>
          </w:p>
        </w:tc>
      </w:tr>
      <w:tr>
        <w:tc>
          <w:tcPr>
            <w:tcW w:type="dxa" w:w="3456"/>
            <w:vAlign w:val="center"/>
          </w:tcPr>
          <w:p>
            <w:r>
              <w:t>Facebook / Instagram</w:t>
            </w:r>
          </w:p>
        </w:tc>
        <w:tc>
          <w:tcPr>
            <w:tcW w:type="dxa" w:w="3456"/>
            <w:vAlign w:val="center"/>
          </w:tcPr>
          <w:p>
            <w:r>
              <w:t>____________________________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Email</w:t>
            </w:r>
          </w:p>
        </w:tc>
        <w:tc>
          <w:tcPr>
            <w:tcW w:type="dxa" w:w="3456"/>
            <w:vAlign w:val="center"/>
          </w:tcPr>
          <w:p>
            <w:r>
              <w:t>____________________________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SMS</w:t>
            </w:r>
          </w:p>
        </w:tc>
        <w:tc>
          <w:tcPr>
            <w:tcW w:type="dxa" w:w="3456"/>
            <w:vAlign w:val="center"/>
          </w:tcPr>
          <w:p>
            <w:r>
              <w:t>____________________________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Referral partners</w:t>
            </w:r>
          </w:p>
        </w:tc>
        <w:tc>
          <w:tcPr>
            <w:tcW w:type="dxa" w:w="3456"/>
            <w:vAlign w:val="center"/>
          </w:tcPr>
          <w:p>
            <w:r>
              <w:t>____________________________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Community / events</w:t>
            </w:r>
          </w:p>
        </w:tc>
        <w:tc>
          <w:tcPr>
            <w:tcW w:type="dxa" w:w="3456"/>
            <w:vAlign w:val="center"/>
          </w:tcPr>
          <w:p>
            <w:r>
              <w:t>____________________________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Paid ads</w:t>
            </w:r>
          </w:p>
        </w:tc>
        <w:tc>
          <w:tcPr>
            <w:tcW w:type="dxa" w:w="3456"/>
            <w:vAlign w:val="center"/>
          </w:tcPr>
          <w:p>
            <w:r>
              <w:t>____________________________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</w:tr>
    </w:tbl>
    <w:p/>
    <w:p>
      <w:r>
        <w:rPr>
          <w:b/>
        </w:rPr>
        <w:t>Write your first call-to-action: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pStyle w:val="Heading1"/>
      </w:pPr>
      <w:r>
        <w:t>DAY 2 ACTION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Deadline</w:t>
            </w:r>
          </w:p>
        </w:tc>
      </w:tr>
      <w:tr>
        <w:tc>
          <w:tcPr>
            <w:tcW w:type="dxa" w:w="2592"/>
            <w:vAlign w:val="center"/>
          </w:tcPr>
          <w:p>
            <w:r>
              <w:t>1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2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3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4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5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</w:tbl>
    <w:p/>
    <w:p>
      <w:r>
        <w:rPr>
          <w:b/>
        </w:rPr>
        <w:t>My biggest Day 2 takeaway: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br w:type="page"/>
      </w:r>
    </w:p>
    <w:p>
      <w:pPr>
        <w:jc w:val="center"/>
      </w:pPr>
      <w:r>
        <w:rPr>
          <w:b/>
          <w:sz w:val="54"/>
        </w:rPr>
        <w:t>DAY 3</w:t>
      </w:r>
    </w:p>
    <w:p>
      <w:pPr>
        <w:jc w:val="center"/>
      </w:pPr>
      <w:r>
        <w:rPr>
          <w:b/>
          <w:sz w:val="28"/>
        </w:rPr>
        <w:t>LAUNCH &amp; SCALE</w:t>
      </w:r>
    </w:p>
    <w:p>
      <w:pPr>
        <w:pStyle w:val="Heading1"/>
      </w:pPr>
      <w:r>
        <w:t>Day 3 Outcomes</w:t>
      </w:r>
    </w:p>
    <w:p>
      <w:r>
        <w:t>☐ Create your 90-day launch calendar.</w:t>
      </w:r>
    </w:p>
    <w:p>
      <w:r>
        <w:t>☐ Build your sales pipeline and follow-up rhythm.</w:t>
      </w:r>
    </w:p>
    <w:p>
      <w:r>
        <w:t>☐ Set measurable KPIs.</w:t>
      </w:r>
    </w:p>
    <w:p>
      <w:r>
        <w:t>☐ Plan your launch offer and webinar conversion path.</w:t>
      </w:r>
    </w:p>
    <w:p>
      <w:r>
        <w:t>☐ Identify your next level: Builder, Inner Circle, Elite, or VIP.</w:t>
      </w:r>
    </w:p>
    <w:p>
      <w:pPr>
        <w:pStyle w:val="Heading1"/>
      </w:pPr>
      <w:r>
        <w:t>1. 90-Day Launch Roadmap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D9EAF7"/>
          </w:tcPr>
          <w:p>
            <w:r>
              <w:rPr>
                <w:b/>
              </w:rPr>
              <w:t>Phase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Focus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Top Actions</w:t>
            </w:r>
          </w:p>
        </w:tc>
      </w:tr>
      <w:tr>
        <w:tc>
          <w:tcPr>
            <w:tcW w:type="dxa" w:w="3456"/>
            <w:vAlign w:val="center"/>
          </w:tcPr>
          <w:p>
            <w:r>
              <w:t>Days 1–30: BUILD</w:t>
            </w:r>
          </w:p>
        </w:tc>
        <w:tc>
          <w:tcPr>
            <w:tcW w:type="dxa" w:w="3456"/>
            <w:vAlign w:val="center"/>
          </w:tcPr>
          <w:p>
            <w:r>
              <w:t>Foundation + compliance</w:t>
            </w:r>
          </w:p>
        </w:tc>
        <w:tc>
          <w:tcPr>
            <w:tcW w:type="dxa" w:w="3456"/>
            <w:vAlign w:val="center"/>
          </w:tcPr>
          <w:p>
            <w:r>
              <w:t>1. __________________________</w:t>
              <w:br/>
              <w:t>2. __________________________</w:t>
              <w:br/>
              <w:t>3. __________________________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Days 31–60: LAUNCH</w:t>
            </w:r>
          </w:p>
        </w:tc>
        <w:tc>
          <w:tcPr>
            <w:tcW w:type="dxa" w:w="3456"/>
            <w:vAlign w:val="center"/>
          </w:tcPr>
          <w:p>
            <w:r>
              <w:t>Marketing + leads</w:t>
            </w:r>
          </w:p>
        </w:tc>
        <w:tc>
          <w:tcPr>
            <w:tcW w:type="dxa" w:w="3456"/>
            <w:vAlign w:val="center"/>
          </w:tcPr>
          <w:p>
            <w:r>
              <w:t>1. __________________________</w:t>
              <w:br/>
              <w:t>2. __________________________</w:t>
              <w:br/>
              <w:t>3. __________________________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Days 61–90: SCALE</w:t>
            </w:r>
          </w:p>
        </w:tc>
        <w:tc>
          <w:tcPr>
            <w:tcW w:type="dxa" w:w="3456"/>
            <w:vAlign w:val="center"/>
          </w:tcPr>
          <w:p>
            <w:r>
              <w:t>Production + optimization</w:t>
            </w:r>
          </w:p>
        </w:tc>
        <w:tc>
          <w:tcPr>
            <w:tcW w:type="dxa" w:w="3456"/>
            <w:vAlign w:val="center"/>
          </w:tcPr>
          <w:p>
            <w:r>
              <w:t>1. __________________________</w:t>
              <w:br/>
              <w:t>2. __________________________</w:t>
              <w:br/>
              <w:t>3. __________________________</w:t>
            </w:r>
          </w:p>
        </w:tc>
      </w:tr>
    </w:tbl>
    <w:p/>
    <w:p>
      <w:pPr>
        <w:pStyle w:val="Heading1"/>
      </w:pPr>
      <w:r>
        <w:t>2. Sales Pipeline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D9EAF7"/>
          </w:tcPr>
          <w:p>
            <w:r>
              <w:rPr>
                <w:b/>
              </w:rPr>
              <w:t>Pipeline Stage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Definition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Follow-Up Action</w:t>
            </w:r>
          </w:p>
        </w:tc>
      </w:tr>
      <w:tr>
        <w:tc>
          <w:tcPr>
            <w:tcW w:type="dxa" w:w="3456"/>
            <w:vAlign w:val="center"/>
          </w:tcPr>
          <w:p>
            <w:r>
              <w:t>New Lead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Contacted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Qualified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Appointment / Consultation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Client / Customer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Nurture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Referral / Repeat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  <w:tc>
          <w:tcPr>
            <w:tcW w:type="dxa" w:w="3456"/>
            <w:vAlign w:val="center"/>
          </w:tcPr>
          <w:p>
            <w:r>
              <w:t>________________________</w:t>
            </w:r>
          </w:p>
        </w:tc>
      </w:tr>
    </w:tbl>
    <w:p/>
    <w:p>
      <w:pPr>
        <w:pStyle w:val="Heading1"/>
      </w:pPr>
      <w:r>
        <w:t>3. KPI Scorecard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D9EAF7"/>
          </w:tcPr>
          <w:p>
            <w:r>
              <w:rPr>
                <w:b/>
              </w:rPr>
              <w:t>KPI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Weekly Goal</w:t>
            </w:r>
          </w:p>
        </w:tc>
        <w:tc>
          <w:tcPr>
            <w:tcW w:type="dxa" w:w="3456"/>
            <w:shd w:fill="D9EAF7"/>
          </w:tcPr>
          <w:p>
            <w:r>
              <w:rPr>
                <w:b/>
              </w:rPr>
              <w:t>Actual</w:t>
            </w:r>
          </w:p>
        </w:tc>
      </w:tr>
      <w:tr>
        <w:tc>
          <w:tcPr>
            <w:tcW w:type="dxa" w:w="3456"/>
            <w:vAlign w:val="center"/>
          </w:tcPr>
          <w:p>
            <w:r>
              <w:t>New leads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Consultations / appointments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New tax clients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Conversion rate</w:t>
            </w:r>
          </w:p>
        </w:tc>
        <w:tc>
          <w:tcPr>
            <w:tcW w:type="dxa" w:w="3456"/>
            <w:vAlign w:val="center"/>
          </w:tcPr>
          <w:p>
            <w:r>
              <w:t>______%</w:t>
            </w:r>
          </w:p>
        </w:tc>
        <w:tc>
          <w:tcPr>
            <w:tcW w:type="dxa" w:w="3456"/>
            <w:vAlign w:val="center"/>
          </w:tcPr>
          <w:p>
            <w:r>
              <w:t>______%</w:t>
            </w:r>
          </w:p>
        </w:tc>
      </w:tr>
      <w:tr>
        <w:tc>
          <w:tcPr>
            <w:tcW w:type="dxa" w:w="3456"/>
            <w:vAlign w:val="center"/>
          </w:tcPr>
          <w:p>
            <w:r>
              <w:t>Returns started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Returns submitted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Returns accepted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Returns funded / completed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Average preparation fee</w:t>
            </w:r>
          </w:p>
        </w:tc>
        <w:tc>
          <w:tcPr>
            <w:tcW w:type="dxa" w:w="3456"/>
            <w:vAlign w:val="center"/>
          </w:tcPr>
          <w:p>
            <w:r>
              <w:t>$______</w:t>
            </w:r>
          </w:p>
        </w:tc>
        <w:tc>
          <w:tcPr>
            <w:tcW w:type="dxa" w:w="3456"/>
            <w:vAlign w:val="center"/>
          </w:tcPr>
          <w:p>
            <w:r>
              <w:t>$______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Gross revenue</w:t>
            </w:r>
          </w:p>
        </w:tc>
        <w:tc>
          <w:tcPr>
            <w:tcW w:type="dxa" w:w="3456"/>
            <w:vAlign w:val="center"/>
          </w:tcPr>
          <w:p>
            <w:r>
              <w:t>$______</w:t>
            </w:r>
          </w:p>
        </w:tc>
        <w:tc>
          <w:tcPr>
            <w:tcW w:type="dxa" w:w="3456"/>
            <w:vAlign w:val="center"/>
          </w:tcPr>
          <w:p>
            <w:r>
              <w:t>$______</w:t>
            </w:r>
          </w:p>
        </w:tc>
      </w:tr>
      <w:tr>
        <w:tc>
          <w:tcPr>
            <w:tcW w:type="dxa" w:w="3456"/>
            <w:vAlign w:val="center"/>
          </w:tcPr>
          <w:p>
            <w:r>
              <w:t>Referrals generated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  <w:tc>
          <w:tcPr>
            <w:tcW w:type="dxa" w:w="3456"/>
            <w:vAlign w:val="center"/>
          </w:tcPr>
          <w:p>
            <w:r>
              <w:t>______</w:t>
            </w:r>
          </w:p>
        </w:tc>
      </w:tr>
    </w:tbl>
    <w:p/>
    <w:p>
      <w:r>
        <w:br w:type="page"/>
      </w:r>
    </w:p>
    <w:p>
      <w:pPr>
        <w:pStyle w:val="Heading1"/>
      </w:pPr>
      <w:r>
        <w:t>4. Launch Offer Builder</w:t>
      </w:r>
    </w:p>
    <w:p>
      <w:r>
        <w:rPr>
          <w:b/>
        </w:rPr>
        <w:t>What is the primary offer you are launching?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</w:rPr>
        <w:t>Who is it for?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</w:rPr>
        <w:t>What problem does it solve?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</w:rPr>
        <w:t>What is included?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</w:rPr>
        <w:t>What is the price or pricing method?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</w:rPr>
        <w:t>What is the call-to-action?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pStyle w:val="Heading1"/>
      </w:pPr>
      <w:r>
        <w:t>5. Webinar / Masterclass Conversion Map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Stage</w:t>
            </w:r>
          </w:p>
        </w:tc>
        <w:tc>
          <w:tcPr>
            <w:tcW w:type="dxa" w:w="5184"/>
            <w:shd w:fill="D9EAF7"/>
          </w:tcPr>
          <w:p>
            <w:r>
              <w:rPr>
                <w:b/>
              </w:rPr>
              <w:t>Offer / Action</w:t>
            </w:r>
          </w:p>
        </w:tc>
      </w:tr>
      <w:tr>
        <w:tc>
          <w:tcPr>
            <w:tcW w:type="dxa" w:w="5184"/>
            <w:vAlign w:val="center"/>
          </w:tcPr>
          <w:p>
            <w:r>
              <w:t>Registration</w:t>
            </w:r>
          </w:p>
        </w:tc>
        <w:tc>
          <w:tcPr>
            <w:tcW w:type="dxa" w:w="5184"/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84"/>
            <w:vAlign w:val="center"/>
          </w:tcPr>
          <w:p>
            <w:r>
              <w:t>Pre-event nurture</w:t>
            </w:r>
          </w:p>
        </w:tc>
        <w:tc>
          <w:tcPr>
            <w:tcW w:type="dxa" w:w="5184"/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84"/>
            <w:vAlign w:val="center"/>
          </w:tcPr>
          <w:p>
            <w:r>
              <w:t>Live training</w:t>
            </w:r>
          </w:p>
        </w:tc>
        <w:tc>
          <w:tcPr>
            <w:tcW w:type="dxa" w:w="5184"/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84"/>
            <w:vAlign w:val="center"/>
          </w:tcPr>
          <w:p>
            <w:r>
              <w:t>Core offer</w:t>
            </w:r>
          </w:p>
        </w:tc>
        <w:tc>
          <w:tcPr>
            <w:tcW w:type="dxa" w:w="5184"/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84"/>
            <w:vAlign w:val="center"/>
          </w:tcPr>
          <w:p>
            <w:r>
              <w:t>Order bump / add-on</w:t>
            </w:r>
          </w:p>
        </w:tc>
        <w:tc>
          <w:tcPr>
            <w:tcW w:type="dxa" w:w="5184"/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84"/>
            <w:vAlign w:val="center"/>
          </w:tcPr>
          <w:p>
            <w:r>
              <w:t>Upsell</w:t>
            </w:r>
          </w:p>
        </w:tc>
        <w:tc>
          <w:tcPr>
            <w:tcW w:type="dxa" w:w="5184"/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84"/>
            <w:vAlign w:val="center"/>
          </w:tcPr>
          <w:p>
            <w:r>
              <w:t>Inner Circle / continuity</w:t>
            </w:r>
          </w:p>
        </w:tc>
        <w:tc>
          <w:tcPr>
            <w:tcW w:type="dxa" w:w="5184"/>
            <w:vAlign w:val="center"/>
          </w:tcPr>
          <w:p>
            <w:r>
              <w:t>____________________________________________</w:t>
            </w:r>
          </w:p>
        </w:tc>
      </w:tr>
      <w:tr>
        <w:tc>
          <w:tcPr>
            <w:tcW w:type="dxa" w:w="5184"/>
            <w:vAlign w:val="center"/>
          </w:tcPr>
          <w:p>
            <w:r>
              <w:t>VIP / high-ticket path</w:t>
            </w:r>
          </w:p>
        </w:tc>
        <w:tc>
          <w:tcPr>
            <w:tcW w:type="dxa" w:w="5184"/>
            <w:vAlign w:val="center"/>
          </w:tcPr>
          <w:p>
            <w:r>
              <w:t>____________________________________________</w:t>
            </w:r>
          </w:p>
        </w:tc>
      </w:tr>
    </w:tbl>
    <w:p/>
    <w:p>
      <w:pPr>
        <w:pStyle w:val="Heading1"/>
      </w:pPr>
      <w:r>
        <w:t>6. Your ERO Growth Level</w:t>
      </w:r>
    </w:p>
    <w:p>
      <w:r>
        <w:t>☐ ERO STARTER — I need foundation and compliance infrastructure.</w:t>
      </w:r>
    </w:p>
    <w:p>
      <w:r>
        <w:t>☐ ERO BUILDER — I have the basics and need repeatable systems.</w:t>
      </w:r>
    </w:p>
    <w:p>
      <w:r>
        <w:t>☐ ERO INNER CIRCLE — I want training, resources, AI, community and implementation support.</w:t>
      </w:r>
    </w:p>
    <w:p>
      <w:r>
        <w:t>☐ ERO ELITE — I need coaching, team growth and scaling support.</w:t>
      </w:r>
    </w:p>
    <w:p>
      <w:r>
        <w:t>☐ ERO VIP — I want private strategy and done-with-you implementation.</w:t>
      </w:r>
    </w:p>
    <w:p>
      <w:r>
        <w:rPr>
          <w:b/>
        </w:rPr>
        <w:t>My next-level commitment is: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pStyle w:val="Heading1"/>
      </w:pPr>
      <w:r>
        <w:t>7. 30-Day Execution Calendar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>
              <w:rPr>
                <w:b/>
              </w:rPr>
              <w:t>Week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Primary Objective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Key Deliverable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Deadline</w:t>
            </w:r>
          </w:p>
        </w:tc>
      </w:tr>
      <w:tr>
        <w:tc>
          <w:tcPr>
            <w:tcW w:type="dxa" w:w="2592"/>
            <w:vAlign w:val="center"/>
          </w:tcPr>
          <w:p>
            <w:r>
              <w:t>Week 1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Week 2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Week 3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Week 4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</w:tbl>
    <w:p/>
    <w:p>
      <w:pPr>
        <w:pStyle w:val="Heading1"/>
      </w:pPr>
      <w:r>
        <w:t>DAY 3 ACTION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>
              <w:rPr>
                <w:b/>
              </w:rPr>
              <w:t>Priority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592"/>
            <w:shd w:fill="D9EAF7"/>
          </w:tcPr>
          <w:p>
            <w:r>
              <w:rPr>
                <w:b/>
              </w:rPr>
              <w:t>Deadline</w:t>
            </w:r>
          </w:p>
        </w:tc>
      </w:tr>
      <w:tr>
        <w:tc>
          <w:tcPr>
            <w:tcW w:type="dxa" w:w="2592"/>
            <w:vAlign w:val="center"/>
          </w:tcPr>
          <w:p>
            <w:r>
              <w:t>1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2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3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4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  <w:tr>
        <w:tc>
          <w:tcPr>
            <w:tcW w:type="dxa" w:w="2592"/>
            <w:vAlign w:val="center"/>
          </w:tcPr>
          <w:p>
            <w:r>
              <w:t>5</w:t>
            </w:r>
          </w:p>
        </w:tc>
        <w:tc>
          <w:tcPr>
            <w:tcW w:type="dxa" w:w="2592"/>
            <w:vAlign w:val="center"/>
          </w:tcPr>
          <w:p>
            <w:r>
              <w:t>____________________________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  <w:tc>
          <w:tcPr>
            <w:tcW w:type="dxa" w:w="2592"/>
            <w:vAlign w:val="center"/>
          </w:tcPr>
          <w:p>
            <w:r>
              <w:t>________</w:t>
            </w:r>
          </w:p>
        </w:tc>
      </w:tr>
    </w:tbl>
    <w:p/>
    <w:p>
      <w:r>
        <w:rPr>
          <w:b/>
        </w:rPr>
        <w:t>My biggest Day 3 takeaway: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br w:type="page"/>
      </w:r>
    </w:p>
    <w:p>
      <w:pPr>
        <w:jc w:val="center"/>
      </w:pPr>
      <w:r>
        <w:rPr>
          <w:b/>
          <w:sz w:val="54"/>
        </w:rPr>
        <w:t>BONUS TOOLS</w:t>
      </w:r>
    </w:p>
    <w:p>
      <w:pPr>
        <w:jc w:val="center"/>
      </w:pPr>
      <w:r>
        <w:rPr>
          <w:b/>
          <w:sz w:val="28"/>
        </w:rPr>
        <w:t>TaxTyme Tax Business Launch</w:t>
      </w:r>
    </w:p>
    <w:p>
      <w:pPr>
        <w:pStyle w:val="Heading1"/>
      </w:pPr>
      <w:r>
        <w:t>Tax Office Launch Checklist</w:t>
      </w:r>
    </w:p>
    <w:p>
      <w:r>
        <w:t>☐ Business structure selected and verified</w:t>
      </w:r>
    </w:p>
    <w:p>
      <w:r>
        <w:t>☐ EIN obtained</w:t>
      </w:r>
    </w:p>
    <w:p>
      <w:r>
        <w:t>☐ PTIN active for paid preparers as applicable</w:t>
      </w:r>
    </w:p>
    <w:p>
      <w:r>
        <w:t>☐ EFIN / e-file provider status addressed</w:t>
      </w:r>
    </w:p>
    <w:p>
      <w:r>
        <w:t>☐ Business bank account established</w:t>
      </w:r>
    </w:p>
    <w:p>
      <w:r>
        <w:t>☐ Tax software selected</w:t>
      </w:r>
    </w:p>
    <w:p>
      <w:r>
        <w:t>☐ Bank-product options researched</w:t>
      </w:r>
    </w:p>
    <w:p>
      <w:r>
        <w:t>☐ Client intake created</w:t>
      </w:r>
    </w:p>
    <w:p>
      <w:r>
        <w:t>☐ Due diligence process documented</w:t>
      </w:r>
    </w:p>
    <w:p>
      <w:r>
        <w:t>☐ Security/privacy processes documented</w:t>
      </w:r>
    </w:p>
    <w:p>
      <w:r>
        <w:t>☐ Document retention process documented</w:t>
      </w:r>
    </w:p>
    <w:p>
      <w:r>
        <w:t>☐ Pricing established</w:t>
      </w:r>
    </w:p>
    <w:p>
      <w:r>
        <w:t>☐ Payment process established</w:t>
      </w:r>
    </w:p>
    <w:p>
      <w:r>
        <w:t>☐ CRM/client tracking established</w:t>
      </w:r>
    </w:p>
    <w:p>
      <w:r>
        <w:t>☐ Website/landing page ready</w:t>
      </w:r>
    </w:p>
    <w:p>
      <w:r>
        <w:t>☐ Email/SMS follow-up ready</w:t>
      </w:r>
    </w:p>
    <w:p>
      <w:r>
        <w:t>☐ Marketing calendar created</w:t>
      </w:r>
    </w:p>
    <w:p>
      <w:r>
        <w:t>☐ Referral program created</w:t>
      </w:r>
    </w:p>
    <w:p>
      <w:r>
        <w:t>☐ Team roles documented</w:t>
      </w:r>
    </w:p>
    <w:p>
      <w:r>
        <w:t>☐ SOPs created</w:t>
      </w:r>
    </w:p>
    <w:p>
      <w:r>
        <w:t>☐ Quality review process created</w:t>
      </w:r>
    </w:p>
    <w:p>
      <w:r>
        <w:t>☐ 90-day goals entered into calendar</w:t>
      </w:r>
    </w:p>
    <w:p>
      <w:pPr>
        <w:pStyle w:val="Heading1"/>
      </w:pPr>
      <w:r>
        <w:t>Tax Season Weekly CEO Review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D9EAF7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5184"/>
            <w:shd w:fill="D9EAF7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5184"/>
            <w:vAlign w:val="center"/>
          </w:tcPr>
          <w:p>
            <w:r>
              <w:t>How many leads came in?</w:t>
            </w:r>
          </w:p>
        </w:tc>
        <w:tc>
          <w:tcPr>
            <w:tcW w:type="dxa" w:w="5184"/>
            <w:vAlign w:val="center"/>
          </w:tcPr>
          <w:p>
            <w:r/>
          </w:p>
        </w:tc>
      </w:tr>
      <w:tr>
        <w:tc>
          <w:tcPr>
            <w:tcW w:type="dxa" w:w="5184"/>
            <w:vAlign w:val="center"/>
          </w:tcPr>
          <w:p>
            <w:r>
              <w:t>How many became clients?</w:t>
            </w:r>
          </w:p>
        </w:tc>
        <w:tc>
          <w:tcPr>
            <w:tcW w:type="dxa" w:w="5184"/>
            <w:vAlign w:val="center"/>
          </w:tcPr>
          <w:p>
            <w:r/>
          </w:p>
        </w:tc>
      </w:tr>
      <w:tr>
        <w:tc>
          <w:tcPr>
            <w:tcW w:type="dxa" w:w="5184"/>
            <w:vAlign w:val="center"/>
          </w:tcPr>
          <w:p>
            <w:r>
              <w:t>How many returns were started/submitted/accepted?</w:t>
            </w:r>
          </w:p>
        </w:tc>
        <w:tc>
          <w:tcPr>
            <w:tcW w:type="dxa" w:w="5184"/>
            <w:vAlign w:val="center"/>
          </w:tcPr>
          <w:p>
            <w:r/>
          </w:p>
        </w:tc>
      </w:tr>
      <w:tr>
        <w:tc>
          <w:tcPr>
            <w:tcW w:type="dxa" w:w="5184"/>
            <w:vAlign w:val="center"/>
          </w:tcPr>
          <w:p>
            <w:r>
              <w:t>What is our average fee?</w:t>
            </w:r>
          </w:p>
        </w:tc>
        <w:tc>
          <w:tcPr>
            <w:tcW w:type="dxa" w:w="5184"/>
            <w:vAlign w:val="center"/>
          </w:tcPr>
          <w:p>
            <w:r/>
          </w:p>
        </w:tc>
      </w:tr>
      <w:tr>
        <w:tc>
          <w:tcPr>
            <w:tcW w:type="dxa" w:w="5184"/>
            <w:vAlign w:val="center"/>
          </w:tcPr>
          <w:p>
            <w:r>
              <w:t>What is our current revenue?</w:t>
            </w:r>
          </w:p>
        </w:tc>
        <w:tc>
          <w:tcPr>
            <w:tcW w:type="dxa" w:w="5184"/>
            <w:vAlign w:val="center"/>
          </w:tcPr>
          <w:p>
            <w:r/>
          </w:p>
        </w:tc>
      </w:tr>
      <w:tr>
        <w:tc>
          <w:tcPr>
            <w:tcW w:type="dxa" w:w="5184"/>
            <w:vAlign w:val="center"/>
          </w:tcPr>
          <w:p>
            <w:r>
              <w:t>Which preparer/team member needs support?</w:t>
            </w:r>
          </w:p>
        </w:tc>
        <w:tc>
          <w:tcPr>
            <w:tcW w:type="dxa" w:w="5184"/>
            <w:vAlign w:val="center"/>
          </w:tcPr>
          <w:p>
            <w:r/>
          </w:p>
        </w:tc>
      </w:tr>
      <w:tr>
        <w:tc>
          <w:tcPr>
            <w:tcW w:type="dxa" w:w="5184"/>
            <w:vAlign w:val="center"/>
          </w:tcPr>
          <w:p>
            <w:r>
              <w:t>What bottleneck slowed us down?</w:t>
            </w:r>
          </w:p>
        </w:tc>
        <w:tc>
          <w:tcPr>
            <w:tcW w:type="dxa" w:w="5184"/>
            <w:vAlign w:val="center"/>
          </w:tcPr>
          <w:p>
            <w:r/>
          </w:p>
        </w:tc>
      </w:tr>
      <w:tr>
        <w:tc>
          <w:tcPr>
            <w:tcW w:type="dxa" w:w="5184"/>
            <w:vAlign w:val="center"/>
          </w:tcPr>
          <w:p>
            <w:r>
              <w:t>What compliance issue needs attention?</w:t>
            </w:r>
          </w:p>
        </w:tc>
        <w:tc>
          <w:tcPr>
            <w:tcW w:type="dxa" w:w="5184"/>
            <w:vAlign w:val="center"/>
          </w:tcPr>
          <w:p>
            <w:r/>
          </w:p>
        </w:tc>
      </w:tr>
      <w:tr>
        <w:tc>
          <w:tcPr>
            <w:tcW w:type="dxa" w:w="5184"/>
            <w:vAlign w:val="center"/>
          </w:tcPr>
          <w:p>
            <w:r>
              <w:t>What marketing channel produced the best result?</w:t>
            </w:r>
          </w:p>
        </w:tc>
        <w:tc>
          <w:tcPr>
            <w:tcW w:type="dxa" w:w="5184"/>
            <w:vAlign w:val="center"/>
          </w:tcPr>
          <w:p>
            <w:r/>
          </w:p>
        </w:tc>
      </w:tr>
      <w:tr>
        <w:tc>
          <w:tcPr>
            <w:tcW w:type="dxa" w:w="5184"/>
            <w:vAlign w:val="center"/>
          </w:tcPr>
          <w:p>
            <w:r>
              <w:t>What are the top 3 priorities for next week?</w:t>
            </w:r>
          </w:p>
        </w:tc>
        <w:tc>
          <w:tcPr>
            <w:tcW w:type="dxa" w:w="5184"/>
            <w:vAlign w:val="center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My Tax Business Launch Declaration</w:t>
      </w:r>
    </w:p>
    <w:p>
      <w:r>
        <w:t>I am leaving this 3-Day Tax Business Launch Masterclass with a written plan. My responsibility is to execute, verify the requirements that apply to my business, measure my numbers, protect my clients, and build repeatable systems.</w:t>
      </w:r>
    </w:p>
    <w:p>
      <w:r>
        <w:rPr>
          <w:b/>
        </w:rPr>
        <w:t>My 90-day revenue goal: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</w:rPr>
        <w:t>My 90-day client / return goal: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</w:rPr>
        <w:t>The three systems I will implement first: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</w:rPr>
        <w:t>The first action I will complete within 24 hours: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br/>
        <w:t>Participant Signature: _____________________________________   Date: ______________</w:t>
      </w:r>
    </w:p>
    <w:p>
      <w:r>
        <w:br/>
      </w:r>
    </w:p>
    <w:p>
      <w:pPr>
        <w:jc w:val="center"/>
      </w:pPr>
      <w:r>
        <w:rPr>
          <w:b/>
        </w:rPr>
        <w:t>TAXTYME 3-DAY TAX BUSINESS LAUNCH WORKBOOK</w:t>
      </w:r>
    </w:p>
    <w:p>
      <w:pPr>
        <w:jc w:val="center"/>
      </w:pPr>
      <w:r>
        <w:t>Build the foundation. Launch with systems. Scale with intention.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TaxTyme 3-Day Tax Business Launch Workbook  •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